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של חלקי 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עם חלקי הגוף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לבריאות ולרופא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בָּעֵינַיִים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בָּאוֹזְנַיִים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אוֹכְלִים וּמְדַבְּרִים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שְׁתַּיִים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רוֹפֵא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תְּרוּפָה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רואים בעיניים, לא באוזניים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נכון לגבי רוב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הרופא עוזר כשכואב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רֹאשׁ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וּפֶה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רוֹאֶה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שׁוֹמֵעַ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רוֹפֵא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(👁️)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(🦷)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(💊)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יֵשׁ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רֹאשׁ,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יָדַיִים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וְרַגְלַיִים.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משפטים עם חלקי גוף ופעלים כמו רואה, שומע,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מצביעים ואומרים את שמות חלקי הגוף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עין - רואים בעיניים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בהצבעה על חלקי הגוף בכיתה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רם יחד לפני תרגילי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הגוף שלנו. למשל: ראש, יד, רגל, עין, אוזן, פה. גם לומדים מילים על בריאות: רופא, תרופה, כואב.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רֹאשׁ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איתה כותבים ואוכלים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איתה הולכים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עַיִן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איתה 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אוֹזֶן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איתה שומעים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איתו אוכלים ומדברים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כּוֹאֵב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רע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רוֹפֵא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שעוזר כשכואב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מה רואים?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בָּעֵינַיִים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בָּרַגְלַיִים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בַּיָּדַיִים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שומעים?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בַּפֶּה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בָּאוֹזְנַיִים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בַּיָּדַיִים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בָּרֹאשׁ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הוֹלְכִים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רוֹאִים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אוֹכְלִים וּמְדַבְּרִים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שׁוֹמְעִים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עיניים יש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אַחַת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שְׁתַּיִים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שָׁלוֹשׁ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אַרְבַּע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עוזר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רוֹפֵא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מוֹרֶה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שָׁכֵן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חָבֵר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תְּרוּפָה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לֶחֶם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אָדָם רוֹאֶה בָּאוֹזְנַיִים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בַּפֶּה אוֹכְלִים וּמְדַבְּרִים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לָאָדָם יֵשׁ שְׁתֵּי יָדַיִים וּשְׁתֵּי רַגְלַיִים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כְּשֶׁכּוֹאֵב הוֹלְכִים לָרוֹפֵא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יֵשׁ לִי __________, יָדַיִים וְרַגְלַיִים.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בִּפְנִים יֵשׁ עֵינַיִים, אוֹזְנַיִים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בָּעֵינַיִים אֲנִי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בָּאוֹזְנַיִים אֲנִי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כְּשֶׁאֲנִי חוֹלֶה אֲנִי הוֹלֵךְ לְ__________.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עַיִן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✋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בֶּטֶן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שִׁינַּיִים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💊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תְּרוּפָה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👁️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וְרַגְלַיִים.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יֵשׁ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יָדַיִים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רֹאשׁ,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הגוף שלכם - מה יש לכם ומה אתם עושים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הצביעו על חלקי הגוף שלכם ואמרו בקול את שמם בעברית.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לחלק הגוף שאיתו רואים?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 כשכואב משהו בגוף?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