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שמות של חלקי גוף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עם חלקי הגוף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לבריאות ולרופא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בָּעֵינַיִים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בָּאוֹזְנַיִים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אוֹכְלִים וּמְדַבְּרִים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רואים בעיניים, לא באוזניים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רֹאשׁ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וּפֶה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רוֹאֶה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(👁️)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(✋)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(🫃)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(🦷)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יֵשׁ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רֹאשׁ,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יָדַיִים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כותבים משפטים עם חלקי גוף ופעלים כמו רואה, שומע,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עין - רואים בעיניים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בהצבעה על חלקי הגוף בכיתה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הטקסט בקול רם יחד לפני תרגילי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חלקי הגוף ואת מה שאנחנו עושים איתם - רואים, שומעים, אוכלים ומדברים. נלמד גם מילים הקשורות לבריאות כמו רופא ותרופה.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רוֹאֶה  ·  רֹאשׁ  ·  וּפֶה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בְּמָה אֲנִי רוֹאֶה?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בָּאוֹזְנַיִים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בָּעֵינַיִים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בָּרַגְלַיִים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בְּמָה אֲנִי שׁוֹמֵעַ?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בַּפֶּה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בָּאוֹזְנַיִים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בַּיָּדַיִים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מָה עוֹשִׂים בַּפֶּה?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הוֹלְכִים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רוֹאִים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אוֹכְלִים וּמְדַבְּרִים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אָדָם רוֹאֶה בָּאוֹזְנַיִים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בַּפֶּה אוֹכְלִים וּמְדַבְּרִים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יֵשׁ לִי __________, יָדַיִים וְרַגְלַיִים.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בִּפְנִים יֵשׁ עֵינַיִים, אוֹזְנַיִים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בָּעֵינַיִים אֲנִי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עַיִן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🫃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יָד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בֶּטֶן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✋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שִׁינַּיִים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👁️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רֹאשׁ,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יָדַיִים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יֵשׁ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לִי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הגוף שלכם - מה יש לכם ומה אתם עושים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קוראים לחלק הגוף שאיתו רואים?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עם הפה?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